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14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1579" cy="45847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81579" cy="458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304" w:lineRule="exact" w:before="0" w:after="0"/>
        <w:ind w:left="864" w:right="864" w:firstLine="0"/>
        <w:jc w:val="center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ANEXO X </w:t>
      </w:r>
      <w:r>
        <w:br/>
      </w: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>FORMULÁRIO DE APRESENTAÇÃO DE RECURSO DA ETAPA DE SELEÇÃO</w:t>
      </w:r>
    </w:p>
    <w:p>
      <w:pPr>
        <w:autoSpaceDN w:val="0"/>
        <w:autoSpaceDE w:val="0"/>
        <w:widowControl/>
        <w:spacing w:line="358" w:lineRule="exact" w:before="354" w:after="0"/>
        <w:ind w:left="680" w:right="5472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NOME DO PROPONENTE: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CPF: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NOME DO PROJETO INSCRITO: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CATEGORIA: </w:t>
      </w:r>
    </w:p>
    <w:p>
      <w:pPr>
        <w:autoSpaceDN w:val="0"/>
        <w:autoSpaceDE w:val="0"/>
        <w:widowControl/>
        <w:spacing w:line="208" w:lineRule="exact" w:before="504" w:after="0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RECURSO: </w:t>
      </w:r>
    </w:p>
    <w:p>
      <w:pPr>
        <w:autoSpaceDN w:val="0"/>
        <w:autoSpaceDE w:val="0"/>
        <w:widowControl/>
        <w:spacing w:line="206" w:lineRule="exact" w:before="506" w:after="0"/>
        <w:ind w:left="680" w:right="0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À Comissão de Seleção, </w:t>
      </w:r>
    </w:p>
    <w:p>
      <w:pPr>
        <w:autoSpaceDN w:val="0"/>
        <w:autoSpaceDE w:val="0"/>
        <w:widowControl/>
        <w:spacing w:line="356" w:lineRule="exact" w:before="358" w:after="0"/>
        <w:ind w:left="680" w:right="632" w:firstLine="532"/>
        <w:jc w:val="both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Com base na Etapa de Seleção do Edital Nº       /2026 – EDITAL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________________________________________________ , venho solicitar alteração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do resultado preliminar de seleção, conforme justificativa a seguir. </w:t>
      </w:r>
    </w:p>
    <w:p>
      <w:pPr>
        <w:autoSpaceDN w:val="0"/>
        <w:autoSpaceDE w:val="0"/>
        <w:widowControl/>
        <w:spacing w:line="356" w:lineRule="exact" w:before="0" w:after="0"/>
        <w:ind w:left="680" w:right="720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Justificativa:___________________________________________________________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_____________________________________________________________________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_____________________. </w:t>
      </w:r>
    </w:p>
    <w:p>
      <w:pPr>
        <w:autoSpaceDN w:val="0"/>
        <w:autoSpaceDE w:val="0"/>
        <w:widowControl/>
        <w:spacing w:line="208" w:lineRule="exact" w:before="150" w:after="0"/>
        <w:ind w:left="680" w:right="0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Local, data. </w:t>
      </w:r>
    </w:p>
    <w:p>
      <w:pPr>
        <w:autoSpaceDN w:val="0"/>
        <w:autoSpaceDE w:val="0"/>
        <w:widowControl/>
        <w:spacing w:line="356" w:lineRule="exact" w:before="0" w:after="0"/>
        <w:ind w:left="1584" w:right="1584" w:firstLine="0"/>
        <w:jc w:val="center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____________________________________________________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Assinatura do Agente Cultural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NOME COMPLETO </w:t>
      </w:r>
    </w:p>
    <w:p>
      <w:pPr>
        <w:autoSpaceDN w:val="0"/>
        <w:autoSpaceDE w:val="0"/>
        <w:widowControl/>
        <w:spacing w:line="240" w:lineRule="auto" w:before="5302" w:after="0"/>
        <w:ind w:left="0" w:right="684" w:firstLine="0"/>
        <w:jc w:val="right"/>
      </w:pPr>
      <w:r>
        <w:drawing>
          <wp:inline xmlns:a="http://schemas.openxmlformats.org/drawingml/2006/main" xmlns:pic="http://schemas.openxmlformats.org/drawingml/2006/picture">
            <wp:extent cx="2208530" cy="46735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8530" cy="4673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334" w:right="1440" w:bottom="336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14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1579" cy="45847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81579" cy="458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08" w:lineRule="exact" w:before="42" w:after="0"/>
        <w:ind w:left="0" w:right="0" w:firstLine="0"/>
        <w:jc w:val="center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>FORMULÁRIO DE APRESENTAÇÃO DE RECURSO DA ETAPA DE HABILITAÇÃO</w:t>
      </w:r>
    </w:p>
    <w:p>
      <w:pPr>
        <w:autoSpaceDN w:val="0"/>
        <w:autoSpaceDE w:val="0"/>
        <w:widowControl/>
        <w:spacing w:line="356" w:lineRule="exact" w:before="360" w:after="0"/>
        <w:ind w:left="680" w:right="5472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NOME DO PROPONENTE: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CPF: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NOME DO PROJETO INSCRITO: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CATEGORIA: </w:t>
      </w:r>
    </w:p>
    <w:p>
      <w:pPr>
        <w:autoSpaceDN w:val="0"/>
        <w:autoSpaceDE w:val="0"/>
        <w:widowControl/>
        <w:spacing w:line="208" w:lineRule="exact" w:before="504" w:after="0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RECURSO: </w:t>
      </w:r>
    </w:p>
    <w:p>
      <w:pPr>
        <w:autoSpaceDN w:val="0"/>
        <w:autoSpaceDE w:val="0"/>
        <w:widowControl/>
        <w:spacing w:line="208" w:lineRule="exact" w:before="506" w:after="0"/>
        <w:ind w:left="680" w:right="0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À Secretaria Municipal de Cultura, Esporte e Turismo de Alagoinhas, </w:t>
      </w:r>
    </w:p>
    <w:p>
      <w:pPr>
        <w:autoSpaceDN w:val="0"/>
        <w:autoSpaceDE w:val="0"/>
        <w:widowControl/>
        <w:spacing w:line="356" w:lineRule="exact" w:before="356" w:after="0"/>
        <w:ind w:left="680" w:right="632" w:firstLine="532"/>
        <w:jc w:val="both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Com base na Etapa de Habilitação do Edital Nº         –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EDITAL_________________________________________, venho solicitar alteração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do resultado preliminar de habilitação, conforme justificativa a seguir. </w:t>
      </w:r>
    </w:p>
    <w:p>
      <w:pPr>
        <w:autoSpaceDN w:val="0"/>
        <w:autoSpaceDE w:val="0"/>
        <w:widowControl/>
        <w:spacing w:line="356" w:lineRule="exact" w:before="4" w:after="0"/>
        <w:ind w:left="680" w:right="720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Justificativa:___________________________________________________________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_____________________________________________________________________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_____________________. </w:t>
      </w:r>
    </w:p>
    <w:p>
      <w:pPr>
        <w:autoSpaceDN w:val="0"/>
        <w:autoSpaceDE w:val="0"/>
        <w:widowControl/>
        <w:spacing w:line="208" w:lineRule="exact" w:before="1218" w:after="0"/>
        <w:ind w:left="0" w:right="0" w:firstLine="0"/>
        <w:jc w:val="center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Local, data. </w:t>
      </w:r>
    </w:p>
    <w:p>
      <w:pPr>
        <w:autoSpaceDN w:val="0"/>
        <w:autoSpaceDE w:val="0"/>
        <w:widowControl/>
        <w:spacing w:line="356" w:lineRule="exact" w:before="0" w:after="0"/>
        <w:ind w:left="1584" w:right="1584" w:firstLine="0"/>
        <w:jc w:val="center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____________________________________________________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Assinatura Agente Cultural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NOME COMPLETO </w:t>
      </w:r>
    </w:p>
    <w:p>
      <w:pPr>
        <w:autoSpaceDN w:val="0"/>
        <w:autoSpaceDE w:val="0"/>
        <w:widowControl/>
        <w:spacing w:line="240" w:lineRule="auto" w:before="4586" w:after="0"/>
        <w:ind w:left="0" w:right="684" w:firstLine="0"/>
        <w:jc w:val="right"/>
      </w:pPr>
      <w:r>
        <w:drawing>
          <wp:inline xmlns:a="http://schemas.openxmlformats.org/drawingml/2006/main" xmlns:pic="http://schemas.openxmlformats.org/drawingml/2006/picture">
            <wp:extent cx="2208530" cy="46735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8530" cy="467359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334" w:right="1440" w:bottom="336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X FORMULARIO RECURSO FOMENTO ARTES ALAGOINHENSES 2026</dc:title>
  <dc:subject>Edital de Chamamento Público 006 2026</dc:subject>
  <dc:creator>Secretaria Municipal de Cultura Esporte e Turismo de Alagoinhas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