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377440" cy="4389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23_img-00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438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80" w:line="240" w:lineRule="auto"/>
        <w:jc w:val="center"/>
      </w:pPr>
      <w:r>
        <w:rPr>
          <w:rFonts w:ascii="Arial" w:hAnsi="Arial" w:eastAsia="Arial"/>
          <w:b/>
          <w:sz w:val="24"/>
        </w:rPr>
        <w:t>ANEXO V</w:t>
      </w:r>
    </w:p>
    <w:p>
      <w:pPr>
        <w:keepNext/>
        <w:spacing w:before="0" w:after="480" w:line="348" w:lineRule="auto"/>
        <w:jc w:val="center"/>
      </w:pPr>
      <w:r>
        <w:rPr>
          <w:rFonts w:ascii="Arial" w:hAnsi="Arial" w:eastAsia="Arial"/>
          <w:b/>
          <w:sz w:val="24"/>
        </w:rPr>
        <w:t>DECLARAÇÃO DE REPRESENTAÇÃO DE GRUPO OU COLETIVO</w:t>
        <w:br/>
        <w:t>ARTÍSTICO- CULTURAL</w:t>
      </w:r>
    </w:p>
    <w:p>
      <w:pPr>
        <w:keepNext/>
        <w:spacing w:before="0" w:after="480" w:line="360" w:lineRule="auto"/>
        <w:jc w:val="center"/>
      </w:pPr>
      <w:r>
        <w:rPr>
          <w:rFonts w:ascii="Arial" w:hAnsi="Arial" w:eastAsia="Arial"/>
          <w:b/>
          <w:sz w:val="21"/>
        </w:rPr>
        <w:t>OBS.: Essa declaração deve ser preenchida somente por agentes culturais que integram</w:t>
        <w:br/>
        <w:t>um grupo ou coletivo sem personalidade jurídica, ou seja, sem CNPJ.</w:t>
      </w:r>
    </w:p>
    <w:p>
      <w:pPr>
        <w:keepNext/>
        <w:spacing w:before="0" w:after="140" w:line="240" w:lineRule="auto"/>
        <w:ind w:left="360" w:right="360"/>
        <w:jc w:val="left"/>
      </w:pPr>
      <w:r>
        <w:rPr>
          <w:rFonts w:ascii="Arial" w:hAnsi="Arial" w:eastAsia="Arial"/>
          <w:b w:val="0"/>
          <w:sz w:val="21"/>
        </w:rPr>
        <w:t>GRUPO ARTÍSTICO:</w:t>
      </w:r>
    </w:p>
    <w:p>
      <w:pPr>
        <w:keepNext/>
        <w:spacing w:before="0" w:after="400" w:line="240" w:lineRule="auto"/>
        <w:ind w:left="360" w:right="360"/>
        <w:jc w:val="left"/>
      </w:pPr>
      <w:r>
        <w:rPr>
          <w:rFonts w:ascii="Arial" w:hAnsi="Arial" w:eastAsia="Arial"/>
          <w:b w:val="0"/>
          <w:sz w:val="21"/>
        </w:rPr>
        <w:t>NOME DO REPRESENTANTE INTEGRANTE DO GRUPO OU COLETIVO ARTÍSTICO:</w:t>
      </w:r>
    </w:p>
    <w:p>
      <w:pPr>
        <w:keepNext/>
        <w:spacing w:before="0" w:after="420" w:line="240" w:lineRule="auto"/>
        <w:ind w:left="360" w:right="360"/>
        <w:jc w:val="left"/>
      </w:pPr>
      <w:r>
        <w:rPr>
          <w:rFonts w:ascii="Arial" w:hAnsi="Arial" w:eastAsia="Arial"/>
          <w:b w:val="0"/>
          <w:sz w:val="21"/>
        </w:rPr>
        <w:t>DADOS PESSOAIS DO REPRESENTANTE: [IDENTIDADE, CPF, E-MAIL E TELEFONE]</w:t>
      </w:r>
    </w:p>
    <w:p>
      <w:pPr>
        <w:keepNext/>
        <w:spacing w:before="0" w:after="320" w:line="360" w:lineRule="auto"/>
        <w:ind w:left="360" w:right="360"/>
        <w:jc w:val="both"/>
      </w:pPr>
      <w:r>
        <w:rPr>
          <w:rFonts w:ascii="Arial" w:hAnsi="Arial" w:eastAsia="Arial"/>
          <w:b w:val="0"/>
          <w:sz w:val="21"/>
        </w:rPr>
        <w:t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</w:t>
      </w:r>
    </w:p>
    <w:tbl>
      <w:tblPr>
        <w:tblW w:type="dxa" w:w="864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2635"/>
        <w:gridCol w:w="4104"/>
        <w:gridCol w:w="1900"/>
      </w:tblGrid>
      <w:tr>
        <w:trPr>
          <w:trHeight w:val="547" w:hRule="exact"/>
        </w:trPr>
        <w:tc>
          <w:tcPr>
            <w:tcW w:type="dxa" w:w="2635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  <w:t>NOME DO INTEGRANTE</w:t>
            </w:r>
          </w:p>
        </w:tc>
        <w:tc>
          <w:tcPr>
            <w:tcW w:type="dxa" w:w="4104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  <w:t>DADOS PESSOAIS</w:t>
            </w:r>
          </w:p>
        </w:tc>
        <w:tc>
          <w:tcPr>
            <w:tcW w:type="dxa" w:w="1900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  <w:t>ASSINATURAS</w:t>
            </w:r>
          </w:p>
        </w:tc>
      </w:tr>
      <w:tr>
        <w:trPr>
          <w:trHeight w:val="547" w:hRule="exact"/>
        </w:trPr>
        <w:tc>
          <w:tcPr>
            <w:tcW w:type="dxa" w:w="2635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4104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1900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</w:tr>
      <w:tr>
        <w:trPr>
          <w:trHeight w:val="547" w:hRule="exact"/>
        </w:trPr>
        <w:tc>
          <w:tcPr>
            <w:tcW w:type="dxa" w:w="2635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4104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1900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</w:tr>
      <w:tr>
        <w:trPr>
          <w:trHeight w:val="547" w:hRule="exact"/>
        </w:trPr>
        <w:tc>
          <w:tcPr>
            <w:tcW w:type="dxa" w:w="2635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4104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1900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</w:tr>
      <w:tr>
        <w:trPr>
          <w:trHeight w:val="547" w:hRule="exact"/>
        </w:trPr>
        <w:tc>
          <w:tcPr>
            <w:tcW w:type="dxa" w:w="2635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4104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  <w:tc>
          <w:tcPr>
            <w:tcW w:type="dxa" w:w="1900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21"/>
              </w:rPr>
            </w:r>
          </w:p>
        </w:tc>
      </w:tr>
    </w:tbl>
    <w:p>
      <w:pPr>
        <w:keepNext/>
        <w:spacing w:before="360" w:after="0" w:line="240" w:lineRule="auto"/>
        <w:jc w:val="center"/>
      </w:pPr>
      <w:r>
        <w:rPr>
          <w:rFonts w:ascii="Arial" w:hAnsi="Arial" w:eastAsia="Arial"/>
          <w:b/>
          <w:sz w:val="21"/>
        </w:rPr>
        <w:t>[LOCAL]</w:t>
      </w:r>
    </w:p>
    <w:p>
      <w:pPr>
        <w:keepNext w:val="0"/>
        <w:spacing w:before="160" w:after="0" w:line="240" w:lineRule="auto"/>
        <w:jc w:val="center"/>
      </w:pPr>
      <w:r>
        <w:rPr>
          <w:rFonts w:ascii="Arial" w:hAnsi="Arial" w:eastAsia="Arial"/>
          <w:b/>
          <w:sz w:val="21"/>
        </w:rPr>
        <w:t>[DATA]</w:t>
      </w:r>
    </w:p>
    <w:sectPr w:rsidR="00FC693F" w:rsidRPr="0006063C" w:rsidSect="00034616">
      <w:footerReference w:type="default" r:id="rId10"/>
      <w:pgSz w:w="12240" w:h="15840"/>
      <w:pgMar w:top="360" w:right="1296" w:bottom="346" w:left="1296" w:header="115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1911095" cy="40297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ge23_img-0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1095" cy="402978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 - Declaração de Representação de Grupo ou Coletivo Artístico-Cultural</dc:title>
  <dc:subject>Premiação Cultural 2026</dc:subject>
  <dc:creator>Prefeitura de Alagoinhas - SECET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