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1480" w:val="left"/>
          <w:tab w:pos="4152" w:val="left"/>
        </w:tabs>
        <w:autoSpaceDE w:val="0"/>
        <w:widowControl/>
        <w:spacing w:line="330" w:lineRule="exact" w:before="0" w:after="0"/>
        <w:ind w:left="680" w:right="720" w:firstLine="0"/>
        <w:jc w:val="left"/>
      </w:pPr>
      <w:r>
        <w:tab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ANEXO VII </w:t>
      </w:r>
      <w:r>
        <w:br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DECLARAÇÃO DE REPRESENTAÇÃO DE GRUPO OU COLETIVO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OBS.: Essa declaração deve ser preenchida somente por proponentes que sejam um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grupo ou coletivo sem personalidade jurídica, ou seja, sem CNPJ. </w:t>
      </w:r>
    </w:p>
    <w:p>
      <w:pPr>
        <w:autoSpaceDN w:val="0"/>
        <w:autoSpaceDE w:val="0"/>
        <w:widowControl/>
        <w:spacing w:line="356" w:lineRule="exact" w:before="360" w:after="0"/>
        <w:ind w:left="792" w:right="72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GRUPO ARTÍSTICO: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NOME DO REPRESENTANTE INTEGRANTE DO GRUPO OU COLETIVO: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DADOS PESSOAIS DO REPRESENTANTE: [IDENTIDADE, CPF, E-MAIL E </w:t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TELEFONE]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 pessoas abaixo listadas, integrantes do grupo [NOME DO GRUPO OU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COLETIVO], elegem a pessoa indicada no campo “REPRESENTANTE” como único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representante neste edital, conferindo-lhe poderes para cumprir todos os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procedimentos exigidos nas etapas do edital, inclusive assinatura do Termo de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Execução Cultural, troca de comunicações, podendo assumir compromissos,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obrigações, receber pagamentos e dar quitação, renunciar direitos e qualquer outro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ato relacionado ao referido edital. </w:t>
      </w:r>
    </w:p>
    <w:p>
      <w:pPr>
        <w:autoSpaceDN w:val="0"/>
        <w:autoSpaceDE w:val="0"/>
        <w:widowControl/>
        <w:spacing w:line="354" w:lineRule="exact" w:before="4" w:after="494"/>
        <w:ind w:left="792" w:right="72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Os declarantes informam que não incorrem em quaisquer das vedações do item de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participação previstas no edital.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35.99999999999994" w:type="dxa"/>
      </w:tblPr>
      <w:tblGrid>
        <w:gridCol w:w="3120"/>
        <w:gridCol w:w="3120"/>
        <w:gridCol w:w="3120"/>
      </w:tblGrid>
      <w:tr>
        <w:trPr>
          <w:trHeight w:hRule="exact" w:val="538"/>
        </w:trPr>
        <w:tc>
          <w:tcPr>
            <w:tcW w:type="dxa" w:w="427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NOME DO INTEGRANTE</w:t>
            </w:r>
          </w:p>
        </w:tc>
        <w:tc>
          <w:tcPr>
            <w:tcW w:type="dxa" w:w="129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CPF</w:t>
            </w:r>
          </w:p>
        </w:tc>
        <w:tc>
          <w:tcPr>
            <w:tcW w:type="dxa" w:w="291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shd w:fill="eeeeee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000000"/>
                <w:sz w:val="21"/>
              </w:rPr>
              <w:t>ASSINATURAS</w:t>
            </w:r>
          </w:p>
        </w:tc>
      </w:tr>
      <w:tr>
        <w:trPr>
          <w:trHeight w:hRule="exact" w:val="534"/>
        </w:trPr>
        <w:tc>
          <w:tcPr>
            <w:tcW w:type="dxa" w:w="427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129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291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</w:tr>
      <w:tr>
        <w:trPr>
          <w:trHeight w:hRule="exact" w:val="536"/>
        </w:trPr>
        <w:tc>
          <w:tcPr>
            <w:tcW w:type="dxa" w:w="427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129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291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</w:tr>
      <w:tr>
        <w:trPr>
          <w:trHeight w:hRule="exact" w:val="532"/>
        </w:trPr>
        <w:tc>
          <w:tcPr>
            <w:tcW w:type="dxa" w:w="427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129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291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</w:tr>
      <w:tr>
        <w:trPr>
          <w:trHeight w:hRule="exact" w:val="528"/>
        </w:trPr>
        <w:tc>
          <w:tcPr>
            <w:tcW w:type="dxa" w:w="427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129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  <w:tc>
          <w:tcPr>
            <w:tcW w:type="dxa" w:w="291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  <w:insideH w:val="single" w:sz="6" w:space="0" w:color="B7B7B7"/>
              <w:insideV w:val="single" w:sz="6" w:space="0" w:color="B7B7B7"/>
            </w:tcBorders>
            <w:tcMar>
              <w:start w:w="0" w:type="dxa"/>
              <w:end w:w="0" w:type="dxa"/>
            </w:tcMar>
          </w:tcPr>
          <w:p>
            <w:r>
              <w:t xml:space="preserve"> </w:t>
            </w:r>
          </w:p>
        </w:tc>
      </w:tr>
    </w:tbl>
    <w:p>
      <w:pPr>
        <w:autoSpaceDN w:val="0"/>
        <w:autoSpaceDE w:val="0"/>
        <w:widowControl/>
        <w:spacing w:line="356" w:lineRule="exact" w:before="258" w:after="0"/>
        <w:ind w:left="4176" w:right="4176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[LOCAL]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[DATA] </w:t>
      </w:r>
    </w:p>
    <w:p>
      <w:pPr>
        <w:autoSpaceDN w:val="0"/>
        <w:autoSpaceDE w:val="0"/>
        <w:widowControl/>
        <w:spacing w:line="240" w:lineRule="auto" w:before="259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 DECLARACAO REPRESENTACAO GRUPO COLETIVO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