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377440" cy="4389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25_img-00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438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0" w:after="80" w:line="240" w:lineRule="auto"/>
        <w:jc w:val="center"/>
      </w:pPr>
      <w:r>
        <w:rPr>
          <w:rFonts w:ascii="Arial" w:hAnsi="Arial" w:eastAsia="Arial"/>
          <w:b/>
          <w:sz w:val="24"/>
        </w:rPr>
        <w:t>ANEXO VII</w:t>
      </w:r>
    </w:p>
    <w:p>
      <w:pPr>
        <w:keepNext/>
        <w:spacing w:before="0" w:after="160" w:line="240" w:lineRule="auto"/>
        <w:jc w:val="center"/>
      </w:pPr>
      <w:r>
        <w:rPr>
          <w:rFonts w:ascii="Arial" w:hAnsi="Arial" w:eastAsia="Arial"/>
          <w:b/>
          <w:sz w:val="24"/>
        </w:rPr>
        <w:t>DECLARAÇÃO ÉTNICO-RACIAL</w:t>
      </w:r>
    </w:p>
    <w:p>
      <w:pPr>
        <w:keepNext/>
        <w:spacing w:before="0" w:after="460" w:line="360" w:lineRule="auto"/>
        <w:jc w:val="center"/>
      </w:pPr>
      <w:r>
        <w:rPr>
          <w:rFonts w:ascii="Arial" w:hAnsi="Arial" w:eastAsia="Arial"/>
          <w:b w:val="0"/>
          <w:sz w:val="21"/>
        </w:rPr>
        <w:t>(Para agentes culturais optantes pelas cotas étnico-raciais – pessoas negras ou pessoas</w:t>
        <w:br/>
        <w:t>indígenas)</w:t>
      </w:r>
    </w:p>
    <w:p>
      <w:pPr>
        <w:keepNext/>
        <w:spacing w:before="0" w:after="0" w:line="360" w:lineRule="auto"/>
        <w:jc w:val="both"/>
      </w:pPr>
      <w:r>
        <w:rPr>
          <w:rFonts w:ascii="Arial" w:hAnsi="Arial" w:eastAsia="Arial"/>
          <w:b w:val="0"/>
          <w:sz w:val="21"/>
        </w:rPr>
        <w:t>Eu,          ________________________________________________________, CPF</w:t>
        <w:br/>
        <w:t>nº_______________________, RG nº ___________________, DECLARO para fins de</w:t>
        <w:br/>
        <w:t>participação no Edital (Nome ou número do edital) que sou</w:t>
        <w:br/>
        <w:t>______________________________________(informar se é pessoa NEGRA OU INDÍGENA).</w:t>
      </w:r>
    </w:p>
    <w:p>
      <w:pPr>
        <w:keepNext/>
        <w:spacing w:before="0" w:after="0" w:line="360" w:lineRule="auto"/>
        <w:jc w:val="both"/>
      </w:pPr>
      <w:r>
        <w:rPr>
          <w:rFonts w:ascii="Arial" w:hAnsi="Arial" w:eastAsia="Arial"/>
          <w:b w:val="0"/>
          <w:sz w:val="21"/>
        </w:rPr>
        <w:t>Por ser verdade, assino a presente declaração e estou ciente de que a apresentação de</w:t>
        <w:br/>
        <w:t>declaração falsa pode acarretar desclassificação do edital e aplicação de sanções criminais.</w:t>
      </w:r>
    </w:p>
    <w:p>
      <w:pPr>
        <w:keepNext/>
        <w:spacing w:before="480" w:after="0" w:line="240" w:lineRule="auto"/>
        <w:jc w:val="center"/>
      </w:pPr>
      <w:r>
        <w:rPr>
          <w:rFonts w:ascii="Arial" w:hAnsi="Arial" w:eastAsia="Arial"/>
          <w:b/>
          <w:sz w:val="22"/>
        </w:rPr>
        <w:t>NOME</w:t>
      </w:r>
    </w:p>
    <w:p>
      <w:pPr>
        <w:keepNext w:val="0"/>
        <w:spacing w:before="160" w:after="0" w:line="240" w:lineRule="auto"/>
        <w:jc w:val="center"/>
      </w:pPr>
      <w:r>
        <w:rPr>
          <w:rFonts w:ascii="Arial" w:hAnsi="Arial" w:eastAsia="Arial"/>
          <w:b/>
          <w:sz w:val="22"/>
        </w:rPr>
        <w:t>ASSINATURA DO DECLARANTE</w:t>
      </w:r>
    </w:p>
    <w:sectPr w:rsidR="00FC693F" w:rsidRPr="0006063C" w:rsidSect="00034616">
      <w:footerReference w:type="default" r:id="rId10"/>
      <w:pgSz w:w="12240" w:h="15840"/>
      <w:pgMar w:top="360" w:right="1656" w:bottom="346" w:left="1656" w:header="115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1911095" cy="40297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ge25_img-0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1095" cy="402978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 - Declaração Étnico-Racial</dc:title>
  <dc:subject>Premiação Cultural 2026</dc:subject>
  <dc:creator>Prefeitura de Alagoinhas - SECET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