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tabs>
          <w:tab w:pos="2520" w:val="left"/>
          <w:tab w:pos="4180" w:val="left"/>
        </w:tabs>
        <w:autoSpaceDE w:val="0"/>
        <w:widowControl/>
        <w:spacing w:line="322" w:lineRule="exact" w:before="0" w:after="0"/>
        <w:ind w:left="792" w:right="2304" w:firstLine="0"/>
        <w:jc w:val="left"/>
      </w:pPr>
      <w:r>
        <w:tab/>
      </w:r>
      <w:r>
        <w:tab/>
      </w: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ANEXO IX </w:t>
      </w:r>
      <w:r>
        <w:br/>
      </w:r>
      <w:r>
        <w:tab/>
      </w:r>
      <w:r>
        <w:rPr>
          <w:w w:val="98.97133963448661"/>
          <w:rFonts w:ascii="Arial" w:hAnsi="Arial" w:eastAsia="Arial"/>
          <w:b/>
          <w:i w:val="0"/>
          <w:color w:val="000000"/>
          <w:sz w:val="21"/>
        </w:rPr>
        <w:t xml:space="preserve">DECLARAÇÃO PESSOA COM DEFICIÊNCIA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(Para concorrentes às cotas destinadas a pessoas com deficiência) </w:t>
      </w:r>
    </w:p>
    <w:p>
      <w:pPr>
        <w:autoSpaceDN w:val="0"/>
        <w:autoSpaceDE w:val="0"/>
        <w:widowControl/>
        <w:spacing w:line="356" w:lineRule="exact" w:before="356" w:after="0"/>
        <w:ind w:left="792" w:right="744" w:firstLine="0"/>
        <w:jc w:val="both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Eu,  ___________________________________________________________, CPF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nº_______________________, RG nº ___________________, DECLARO para fins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de participação no Edital (Nome ou número do edital) que sou pessoa com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deficiência. </w:t>
      </w:r>
    </w:p>
    <w:p>
      <w:pPr>
        <w:autoSpaceDN w:val="0"/>
        <w:autoSpaceDE w:val="0"/>
        <w:widowControl/>
        <w:spacing w:line="356" w:lineRule="exact" w:before="2" w:after="0"/>
        <w:ind w:left="792" w:right="744" w:firstLine="0"/>
        <w:jc w:val="both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Por ser verdade, assino a presente declaração e estou ciente de que a apresentação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de declaração falsa pode acarretar desclassificação do edital e aplicação de sanções 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criminais. </w:t>
      </w:r>
    </w:p>
    <w:p>
      <w:pPr>
        <w:autoSpaceDN w:val="0"/>
        <w:autoSpaceDE w:val="0"/>
        <w:widowControl/>
        <w:spacing w:line="354" w:lineRule="exact" w:before="360" w:after="0"/>
        <w:ind w:left="3024" w:right="3024" w:firstLine="0"/>
        <w:jc w:val="center"/>
      </w:pP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NOME </w:t>
      </w:r>
      <w:r>
        <w:br/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ASSINATURA DO DECLARANTE </w:t>
      </w:r>
    </w:p>
    <w:p>
      <w:pPr>
        <w:autoSpaceDN w:val="0"/>
        <w:autoSpaceDE w:val="0"/>
        <w:widowControl/>
        <w:spacing w:line="240" w:lineRule="auto" w:before="8156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334" w:right="1440" w:bottom="336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IX DECLARACAO PESSOA COM DEFICIENCIA FOMENTO ARTES ALAGOINHENSES 2026</dc:title>
  <dc:subject>Edital de Chamamento Público 006 2026</dc:subject>
  <dc:creator>Secretaria Municipal de Cultura Esporte e Turismo de Alagoinhas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